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Zuren en basen · werkblad 1/4</w:t>
      </w:r>
    </w:p>
    <w:p>
      <w:pPr>
        <w:spacing w:after="160"/>
      </w:pPr>
      <w:r>
        <w:t>Thema 01 · Beantwoord de vijf vragen. Gebruik volledige zinnen en verwijs naar bewijs of een voorbeeld.</w:t>
      </w:r>
    </w:p>
    <w:p>
      <w:pPr/>
      <w:r>
        <w:t>001. Begrip · Basis: Leg het kernidee van zuren en basen uit met dit voorbeeld: rode-koolindicator bij azijn en water.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002. Waarnemen · Basis: Bij rode-koolindicator bij azijn en water: beschrijf één waarneming die je direct kunt vaststellen, zonder verklaring.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003. Vergelijken · Basis: Vergelijk rode-koolindicator bij azijn en water met een geschikte controle. Wat verwacht je dat hetzelfde blijft en wat kan verschillen?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004. Bewijs · Basis: Welke waarneming zou bewijs leveren voor het verschijnsel bij rode-koolindicator bij azijn en water?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005. Begrenzen · Basis: Een leerling trekt na rode-koolindicator bij azijn en water een stellige conclusie. Welke beperking moet die leerling noemen?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Zuren en basen · werkblad 2/4</w:t>
      </w:r>
    </w:p>
    <w:p>
      <w:pPr>
        <w:spacing w:after="160"/>
      </w:pPr>
      <w:r>
        <w:t>Thema 01 · Beantwoord de vijf vragen. Gebruik volledige zinnen en verwijs naar bewijs of een voorbeeld.</w:t>
      </w:r>
    </w:p>
    <w:p>
      <w:pPr/>
      <w:r>
        <w:t>006. Variabele · Toepassen: Ontwerp een eerlijke vergelijking voor rode-koolindicator bij azijn en water. Welke factor verander je en welke omstandigheden houd je gelijk?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007. Model · Toepassen: Welk scheikundig model helpt om zuren en basen te verklaren? Beschrijf wat de onderdelen voorstellen.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008. Meten · Toepassen: Kies voor rode-koolindicator bij azijn en water één meetgrootheid, een instrument en een eenheid.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009. Meetfout · Toepassen: Een herhaling van rode-koolindicator bij azijn en water geeft een andere uitkomst. Noem twee mogelijke oorzaken en één controle.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010. Conclusie · Toepassen: Maak deze zin af op basis van rode-koolindicator bij azijn en water: “Mijn waarneming laat zien dat …, omdat …”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Zuren en basen · werkblad 3/4</w:t>
      </w:r>
    </w:p>
    <w:p>
      <w:pPr>
        <w:spacing w:after="160"/>
      </w:pPr>
      <w:r>
        <w:t>Thema 01 · Beantwoord de vijf vragen. Gebruik volledige zinnen en verwijs naar bewijs of een voorbeeld.</w:t>
      </w:r>
    </w:p>
    <w:p>
      <w:pPr/>
      <w:r>
        <w:t>011. Misvatting · Toepassen: Een leerling zegt over rode-koolindicator bij azijn en water: “Wat ik zie bewijst meteen de volledige verklaring.” Hoe corrigeer je dat?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012. Volgorde · Toepassen: Zet een onderzoek naar rode-koolindicator bij azijn en water in vier stappen: vraag, vergelijking, waarneming en conclusie.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013. Controle · Verdieping: Welke controle helpt je bij rode-koolindicator bij azijn en water vaststellen of de onderzochte factor de verandering veroorzaakt?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014. Herhalen · Verdieping: Waarom herhaal je rode-koolindicator bij azijn en water, en wat vergelijk je tussen de herhalingen?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015. Gegevens tonen · Verdieping: Welke kolommen zet je in een tabel om resultaten van rode-koolindicator bij azijn en water eerlijk te vergelijken?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Zuren en basen · werkblad 4/4</w:t>
      </w:r>
    </w:p>
    <w:p>
      <w:pPr>
        <w:spacing w:after="160"/>
      </w:pPr>
      <w:r>
        <w:t>Thema 01 · Beantwoord de vijf vragen. Gebruik volledige zinnen en verwijs naar bewijs of een voorbeeld.</w:t>
      </w:r>
    </w:p>
    <w:p>
      <w:pPr/>
      <w:r>
        <w:t>016. Onzekerheid · Verdieping: Noem voor rode-koolindicator bij azijn en water één beperking en stel een haalbare verbetering voor.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017. Veilig uitvoeren · Verdieping: Welke veilige werkafspraak hoort bij rode-koolindicator bij azijn en water? Verwijs naar de goedgekeurde proefkaart.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018. Resultaat verklaren · Verdieping: Leg uit waarom rode-koolindicator bij azijn en water dit resultaat kan geven. Gebruik het kernidee van zuren en basen.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019. Vervolgonderzoek · Verdieping: Bedenk een nieuwe onderzoeksvraag die logisch volgt uit rode-koolindicator bij azijn en water.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020. Beoordelen · Verdieping: Beoordeel deze werkwijze voor rode-koolindicator bij azijn en water: de leerling verandert twee factoren tegelijk. Wat moet anders?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Scheidingsmethoden · werkblad 1/4</w:t>
      </w:r>
    </w:p>
    <w:p>
      <w:pPr>
        <w:spacing w:after="160"/>
      </w:pPr>
      <w:r>
        <w:t>Thema 02 · Beantwoord de vijf vragen. Gebruik volledige zinnen en verwijs naar bewijs of een voorbeeld.</w:t>
      </w:r>
    </w:p>
    <w:p>
      <w:pPr/>
      <w:r>
        <w:t>021. Begrip · Basis: Leg het kernidee van scheidingsmethoden uit met dit voorbeeld: zand en zout scheiden met oplossen en filtreren.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022. Waarnemen · Basis: Bij zand en zout scheiden met oplossen en filtreren: beschrijf één waarneming die je direct kunt vaststellen, zonder verklaring.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023. Vergelijken · Basis: Vergelijk zand en zout scheiden met oplossen en filtreren met een geschikte controle. Wat verwacht je dat hetzelfde blijft en wat kan verschillen?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024. Bewijs · Basis: Welke waarneming zou bewijs leveren voor het verschijnsel bij zand en zout scheiden met oplossen en filtreren?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025. Begrenzen · Basis: Een leerling trekt na zand en zout scheiden met oplossen en filtreren een stellige conclusie. Welke beperking moet die leerling noemen?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Scheidingsmethoden · werkblad 2/4</w:t>
      </w:r>
    </w:p>
    <w:p>
      <w:pPr>
        <w:spacing w:after="160"/>
      </w:pPr>
      <w:r>
        <w:t>Thema 02 · Beantwoord de vijf vragen. Gebruik volledige zinnen en verwijs naar bewijs of een voorbeeld.</w:t>
      </w:r>
    </w:p>
    <w:p>
      <w:pPr/>
      <w:r>
        <w:t>026. Variabele · Toepassen: Ontwerp een eerlijke vergelijking voor zand en zout scheiden met oplossen en filtreren. Welke factor verander je en welke omstandigheden houd je gelijk?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027. Model · Toepassen: Welk scheikundig model helpt om scheidingsmethoden te verklaren? Beschrijf wat de onderdelen voorstellen.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028. Meten · Toepassen: Kies voor zand en zout scheiden met oplossen en filtreren één meetgrootheid, een instrument en een eenheid.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029. Meetfout · Toepassen: Een herhaling van zand en zout scheiden met oplossen en filtreren geeft een andere uitkomst. Noem twee mogelijke oorzaken en één controle.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030. Conclusie · Toepassen: Maak deze zin af op basis van zand en zout scheiden met oplossen en filtreren: “Mijn waarneming laat zien dat …, omdat …”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Scheidingsmethoden · werkblad 3/4</w:t>
      </w:r>
    </w:p>
    <w:p>
      <w:pPr>
        <w:spacing w:after="160"/>
      </w:pPr>
      <w:r>
        <w:t>Thema 02 · Beantwoord de vijf vragen. Gebruik volledige zinnen en verwijs naar bewijs of een voorbeeld.</w:t>
      </w:r>
    </w:p>
    <w:p>
      <w:pPr/>
      <w:r>
        <w:t>031. Misvatting · Toepassen: Een leerling zegt over zand en zout scheiden met oplossen en filtreren: “Wat ik zie bewijst meteen de volledige verklaring.” Hoe corrigeer je dat?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032. Volgorde · Toepassen: Zet een onderzoek naar zand en zout scheiden met oplossen en filtreren in vier stappen: vraag, vergelijking, waarneming en conclusie.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033. Controle · Verdieping: Welke controle helpt je bij zand en zout scheiden met oplossen en filtreren vaststellen of de onderzochte factor de verandering veroorzaakt?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034. Herhalen · Verdieping: Waarom herhaal je zand en zout scheiden met oplossen en filtreren, en wat vergelijk je tussen de herhalingen?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035. Gegevens tonen · Verdieping: Welke kolommen zet je in een tabel om resultaten van zand en zout scheiden met oplossen en filtreren eerlijk te vergelijken?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Scheidingsmethoden · werkblad 4/4</w:t>
      </w:r>
    </w:p>
    <w:p>
      <w:pPr>
        <w:spacing w:after="160"/>
      </w:pPr>
      <w:r>
        <w:t>Thema 02 · Beantwoord de vijf vragen. Gebruik volledige zinnen en verwijs naar bewijs of een voorbeeld.</w:t>
      </w:r>
    </w:p>
    <w:p>
      <w:pPr/>
      <w:r>
        <w:t>036. Onzekerheid · Verdieping: Noem voor zand en zout scheiden met oplossen en filtreren één beperking en stel een haalbare verbetering voor.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037. Veilig uitvoeren · Verdieping: Welke veilige werkafspraak hoort bij zand en zout scheiden met oplossen en filtreren? Verwijs naar de goedgekeurde proefkaart.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038. Resultaat verklaren · Verdieping: Leg uit waarom zand en zout scheiden met oplossen en filtreren dit resultaat kan geven. Gebruik het kernidee van scheidingsmethoden.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039. Vervolgonderzoek · Verdieping: Bedenk een nieuwe onderzoeksvraag die logisch volgt uit zand en zout scheiden met oplossen en filtreren.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040. Beoordelen · Verdieping: Beoordeel deze werkwijze voor zand en zout scheiden met oplossen en filtreren: de leerling verandert twee factoren tegelijk. Wat moet anders?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Oplossingen · werkblad 1/4</w:t>
      </w:r>
    </w:p>
    <w:p>
      <w:pPr>
        <w:spacing w:after="160"/>
      </w:pPr>
      <w:r>
        <w:t>Thema 03 · Beantwoord de vijf vragen. Gebruik volledige zinnen en verwijs naar bewijs of een voorbeeld.</w:t>
      </w:r>
    </w:p>
    <w:p>
      <w:pPr/>
      <w:r>
        <w:t>041. Begrip · Basis: Leg het kernidee van oplossingen uit met dit voorbeeld: suiker in water bij verschillende temperaturen.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042. Waarnemen · Basis: Bij suiker in water bij verschillende temperaturen: beschrijf één waarneming die je direct kunt vaststellen, zonder verklaring.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043. Vergelijken · Basis: Vergelijk suiker in water bij verschillende temperaturen met een geschikte controle. Wat verwacht je dat hetzelfde blijft en wat kan verschillen?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044. Bewijs · Basis: Welke waarneming zou bewijs leveren voor het verschijnsel bij suiker in water bij verschillende temperaturen?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045. Begrenzen · Basis: Een leerling trekt na suiker in water bij verschillende temperaturen een stellige conclusie. Welke beperking moet die leerling noemen?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Oplossingen · werkblad 2/4</w:t>
      </w:r>
    </w:p>
    <w:p>
      <w:pPr>
        <w:spacing w:after="160"/>
      </w:pPr>
      <w:r>
        <w:t>Thema 03 · Beantwoord de vijf vragen. Gebruik volledige zinnen en verwijs naar bewijs of een voorbeeld.</w:t>
      </w:r>
    </w:p>
    <w:p>
      <w:pPr/>
      <w:r>
        <w:t>046. Variabele · Toepassen: Ontwerp een eerlijke vergelijking voor suiker in water bij verschillende temperaturen. Welke factor verander je en welke omstandigheden houd je gelijk?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047. Model · Toepassen: Welk scheikundig model helpt om oplossingen te verklaren? Beschrijf wat de onderdelen voorstellen.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048. Meten · Toepassen: Kies voor suiker in water bij verschillende temperaturen één meetgrootheid, een instrument en een eenheid.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049. Meetfout · Toepassen: Een herhaling van suiker in water bij verschillende temperaturen geeft een andere uitkomst. Noem twee mogelijke oorzaken en één controle.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050. Conclusie · Toepassen: Maak deze zin af op basis van suiker in water bij verschillende temperaturen: “Mijn waarneming laat zien dat …, omdat …”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Oplossingen · werkblad 3/4</w:t>
      </w:r>
    </w:p>
    <w:p>
      <w:pPr>
        <w:spacing w:after="160"/>
      </w:pPr>
      <w:r>
        <w:t>Thema 03 · Beantwoord de vijf vragen. Gebruik volledige zinnen en verwijs naar bewijs of een voorbeeld.</w:t>
      </w:r>
    </w:p>
    <w:p>
      <w:pPr/>
      <w:r>
        <w:t>051. Misvatting · Toepassen: Een leerling zegt over suiker in water bij verschillende temperaturen: “Wat ik zie bewijst meteen de volledige verklaring.” Hoe corrigeer je dat?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052. Volgorde · Toepassen: Zet een onderzoek naar suiker in water bij verschillende temperaturen in vier stappen: vraag, vergelijking, waarneming en conclusie.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053. Controle · Verdieping: Welke controle helpt je bij suiker in water bij verschillende temperaturen vaststellen of de onderzochte factor de verandering veroorzaakt?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054. Herhalen · Verdieping: Waarom herhaal je suiker in water bij verschillende temperaturen, en wat vergelijk je tussen de herhalingen?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055. Gegevens tonen · Verdieping: Welke kolommen zet je in een tabel om resultaten van suiker in water bij verschillende temperaturen eerlijk te vergelijken?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Oplossingen · werkblad 4/4</w:t>
      </w:r>
    </w:p>
    <w:p>
      <w:pPr>
        <w:spacing w:after="160"/>
      </w:pPr>
      <w:r>
        <w:t>Thema 03 · Beantwoord de vijf vragen. Gebruik volledige zinnen en verwijs naar bewijs of een voorbeeld.</w:t>
      </w:r>
    </w:p>
    <w:p>
      <w:pPr/>
      <w:r>
        <w:t>056. Onzekerheid · Verdieping: Noem voor suiker in water bij verschillende temperaturen één beperking en stel een haalbare verbetering voor.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057. Veilig uitvoeren · Verdieping: Welke veilige werkafspraak hoort bij suiker in water bij verschillende temperaturen? Verwijs naar de goedgekeurde proefkaart.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058. Resultaat verklaren · Verdieping: Leg uit waarom suiker in water bij verschillende temperaturen dit resultaat kan geven. Gebruik het kernidee van oplossingen.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059. Vervolgonderzoek · Verdieping: Bedenk een nieuwe onderzoeksvraag die logisch volgt uit suiker in water bij verschillende temperaturen.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060. Beoordelen · Verdieping: Beoordeel deze werkwijze voor suiker in water bij verschillende temperaturen: de leerling verandert twee factoren tegelijk. Wat moet anders?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Gassen · werkblad 1/4</w:t>
      </w:r>
    </w:p>
    <w:p>
      <w:pPr>
        <w:spacing w:after="160"/>
      </w:pPr>
      <w:r>
        <w:t>Thema 04 · Beantwoord de vijf vragen. Gebruik volledige zinnen en verwijs naar bewijs of een voorbeeld.</w:t>
      </w:r>
    </w:p>
    <w:p>
      <w:pPr/>
      <w:r>
        <w:t>061. Begrip · Basis: Leg het kernidee van gassen uit met dit voorbeeld: een ballon die door gasvorming groter wordt.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062. Waarnemen · Basis: Bij een ballon die door gasvorming groter wordt: beschrijf één waarneming die je direct kunt vaststellen, zonder verklaring.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063. Vergelijken · Basis: Vergelijk een ballon die door gasvorming groter wordt met een geschikte controle. Wat verwacht je dat hetzelfde blijft en wat kan verschillen?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064. Bewijs · Basis: Welke waarneming zou bewijs leveren voor het verschijnsel bij een ballon die door gasvorming groter wordt?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065. Begrenzen · Basis: Een leerling trekt na een ballon die door gasvorming groter wordt een stellige conclusie. Welke beperking moet die leerling noemen?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Gassen · werkblad 2/4</w:t>
      </w:r>
    </w:p>
    <w:p>
      <w:pPr>
        <w:spacing w:after="160"/>
      </w:pPr>
      <w:r>
        <w:t>Thema 04 · Beantwoord de vijf vragen. Gebruik volledige zinnen en verwijs naar bewijs of een voorbeeld.</w:t>
      </w:r>
    </w:p>
    <w:p>
      <w:pPr/>
      <w:r>
        <w:t>066. Variabele · Toepassen: Ontwerp een eerlijke vergelijking voor een ballon die door gasvorming groter wordt. Welke factor verander je en welke omstandigheden houd je gelijk?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067. Model · Toepassen: Welk scheikundig model helpt om gassen te verklaren? Beschrijf wat de onderdelen voorstellen.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068. Meten · Toepassen: Kies voor een ballon die door gasvorming groter wordt één meetgrootheid, een instrument en een eenheid.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069. Meetfout · Toepassen: Een herhaling van een ballon die door gasvorming groter wordt geeft een andere uitkomst. Noem twee mogelijke oorzaken en één controle.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070. Conclusie · Toepassen: Maak deze zin af op basis van een ballon die door gasvorming groter wordt: “Mijn waarneming laat zien dat …, omdat …”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Gassen · werkblad 3/4</w:t>
      </w:r>
    </w:p>
    <w:p>
      <w:pPr>
        <w:spacing w:after="160"/>
      </w:pPr>
      <w:r>
        <w:t>Thema 04 · Beantwoord de vijf vragen. Gebruik volledige zinnen en verwijs naar bewijs of een voorbeeld.</w:t>
      </w:r>
    </w:p>
    <w:p>
      <w:pPr/>
      <w:r>
        <w:t>071. Misvatting · Toepassen: Een leerling zegt over een ballon die door gasvorming groter wordt: “Wat ik zie bewijst meteen de volledige verklaring.” Hoe corrigeer je dat?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072. Volgorde · Toepassen: Zet een onderzoek naar een ballon die door gasvorming groter wordt in vier stappen: vraag, vergelijking, waarneming en conclusie.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073. Controle · Verdieping: Welke controle helpt je bij een ballon die door gasvorming groter wordt vaststellen of de onderzochte factor de verandering veroorzaakt?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074. Herhalen · Verdieping: Waarom herhaal je een ballon die door gasvorming groter wordt, en wat vergelijk je tussen de herhalingen?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075. Gegevens tonen · Verdieping: Welke kolommen zet je in een tabel om resultaten van een ballon die door gasvorming groter wordt eerlijk te vergelijken?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Gassen · werkblad 4/4</w:t>
      </w:r>
    </w:p>
    <w:p>
      <w:pPr>
        <w:spacing w:after="160"/>
      </w:pPr>
      <w:r>
        <w:t>Thema 04 · Beantwoord de vijf vragen. Gebruik volledige zinnen en verwijs naar bewijs of een voorbeeld.</w:t>
      </w:r>
    </w:p>
    <w:p>
      <w:pPr/>
      <w:r>
        <w:t>076. Onzekerheid · Verdieping: Noem voor een ballon die door gasvorming groter wordt één beperking en stel een haalbare verbetering voor.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077. Veilig uitvoeren · Verdieping: Welke veilige werkafspraak hoort bij een ballon die door gasvorming groter wordt? Verwijs naar de goedgekeurde proefkaart.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078. Resultaat verklaren · Verdieping: Leg uit waarom een ballon die door gasvorming groter wordt dit resultaat kan geven. Gebruik het kernidee van gassen.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079. Vervolgonderzoek · Verdieping: Bedenk een nieuwe onderzoeksvraag die logisch volgt uit een ballon die door gasvorming groter wordt.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080. Beoordelen · Verdieping: Beoordeel deze werkwijze voor een ballon die door gasvorming groter wordt: de leerling verandert twee factoren tegelijk. Wat moet anders?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Kristallisatie · werkblad 1/4</w:t>
      </w:r>
    </w:p>
    <w:p>
      <w:pPr>
        <w:spacing w:after="160"/>
      </w:pPr>
      <w:r>
        <w:t>Thema 05 · Beantwoord de vijf vragen. Gebruik volledige zinnen en verwijs naar bewijs of een voorbeeld.</w:t>
      </w:r>
    </w:p>
    <w:p>
      <w:pPr/>
      <w:r>
        <w:t>081. Begrip · Basis: Leg het kernidee van kristallisatie uit met dit voorbeeld: zoutkristallen laten groeien tijdens verdamping.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082. Waarnemen · Basis: Bij zoutkristallen laten groeien tijdens verdamping: beschrijf één waarneming die je direct kunt vaststellen, zonder verklaring.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083. Vergelijken · Basis: Vergelijk zoutkristallen laten groeien tijdens verdamping met een geschikte controle. Wat verwacht je dat hetzelfde blijft en wat kan verschillen?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084. Bewijs · Basis: Welke waarneming zou bewijs leveren voor het verschijnsel bij zoutkristallen laten groeien tijdens verdamping?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085. Begrenzen · Basis: Een leerling trekt na zoutkristallen laten groeien tijdens verdamping een stellige conclusie. Welke beperking moet die leerling noemen?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Kristallisatie · werkblad 2/4</w:t>
      </w:r>
    </w:p>
    <w:p>
      <w:pPr>
        <w:spacing w:after="160"/>
      </w:pPr>
      <w:r>
        <w:t>Thema 05 · Beantwoord de vijf vragen. Gebruik volledige zinnen en verwijs naar bewijs of een voorbeeld.</w:t>
      </w:r>
    </w:p>
    <w:p>
      <w:pPr/>
      <w:r>
        <w:t>086. Variabele · Toepassen: Ontwerp een eerlijke vergelijking voor zoutkristallen laten groeien tijdens verdamping. Welke factor verander je en welke omstandigheden houd je gelijk?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087. Model · Toepassen: Welk scheikundig model helpt om kristallisatie te verklaren? Beschrijf wat de onderdelen voorstellen.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088. Meten · Toepassen: Kies voor zoutkristallen laten groeien tijdens verdamping één meetgrootheid, een instrument en een eenheid.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089. Meetfout · Toepassen: Een herhaling van zoutkristallen laten groeien tijdens verdamping geeft een andere uitkomst. Noem twee mogelijke oorzaken en één controle.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090. Conclusie · Toepassen: Maak deze zin af op basis van zoutkristallen laten groeien tijdens verdamping: “Mijn waarneming laat zien dat …, omdat …”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Kristallisatie · werkblad 3/4</w:t>
      </w:r>
    </w:p>
    <w:p>
      <w:pPr>
        <w:spacing w:after="160"/>
      </w:pPr>
      <w:r>
        <w:t>Thema 05 · Beantwoord de vijf vragen. Gebruik volledige zinnen en verwijs naar bewijs of een voorbeeld.</w:t>
      </w:r>
    </w:p>
    <w:p>
      <w:pPr/>
      <w:r>
        <w:t>091. Misvatting · Toepassen: Een leerling zegt over zoutkristallen laten groeien tijdens verdamping: “Wat ik zie bewijst meteen de volledige verklaring.” Hoe corrigeer je dat?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092. Volgorde · Toepassen: Zet een onderzoek naar zoutkristallen laten groeien tijdens verdamping in vier stappen: vraag, vergelijking, waarneming en conclusie.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093. Controle · Verdieping: Welke controle helpt je bij zoutkristallen laten groeien tijdens verdamping vaststellen of de onderzochte factor de verandering veroorzaakt?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094. Herhalen · Verdieping: Waarom herhaal je zoutkristallen laten groeien tijdens verdamping, en wat vergelijk je tussen de herhalingen?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095. Gegevens tonen · Verdieping: Welke kolommen zet je in een tabel om resultaten van zoutkristallen laten groeien tijdens verdamping eerlijk te vergelijken?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Kristallisatie · werkblad 4/4</w:t>
      </w:r>
    </w:p>
    <w:p>
      <w:pPr>
        <w:spacing w:after="160"/>
      </w:pPr>
      <w:r>
        <w:t>Thema 05 · Beantwoord de vijf vragen. Gebruik volledige zinnen en verwijs naar bewijs of een voorbeeld.</w:t>
      </w:r>
    </w:p>
    <w:p>
      <w:pPr/>
      <w:r>
        <w:t>096. Onzekerheid · Verdieping: Noem voor zoutkristallen laten groeien tijdens verdamping één beperking en stel een haalbare verbetering voor.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097. Veilig uitvoeren · Verdieping: Welke veilige werkafspraak hoort bij zoutkristallen laten groeien tijdens verdamping? Verwijs naar de goedgekeurde proefkaart.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098. Resultaat verklaren · Verdieping: Leg uit waarom zoutkristallen laten groeien tijdens verdamping dit resultaat kan geven. Gebruik het kernidee van kristallisatie.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099. Vervolgonderzoek · Verdieping: Bedenk een nieuwe onderzoeksvraag die logisch volgt uit zoutkristallen laten groeien tijdens verdamping.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100. Beoordelen · Verdieping: Beoordeel deze werkwijze voor zoutkristallen laten groeien tijdens verdamping: de leerling verandert twee factoren tegelijk. Wat moet anders?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Algemene scheikunde · werkblad 1/4</w:t>
      </w:r>
    </w:p>
    <w:p>
      <w:pPr>
        <w:spacing w:after="160"/>
      </w:pPr>
      <w:r>
        <w:t>Thema 06 · Beantwoord de vijf vragen. Gebruik volledige zinnen en verwijs naar bewijs of een voorbeeld.</w:t>
      </w:r>
    </w:p>
    <w:p>
      <w:pPr/>
      <w:r>
        <w:t>101. Begrip · Basis: Leg het kernidee van algemene scheikunde uit met dit voorbeeld: waterdruppels op een munt of vloeistoffen op een helling.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102. Waarnemen · Basis: Bij waterdruppels op een munt of vloeistoffen op een helling: beschrijf één waarneming die je direct kunt vaststellen, zonder verklaring.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103. Vergelijken · Basis: Vergelijk waterdruppels op een munt of vloeistoffen op een helling met een geschikte controle. Wat verwacht je dat hetzelfde blijft en wat kan verschillen?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104. Bewijs · Basis: Welke waarneming zou bewijs leveren voor het verschijnsel bij waterdruppels op een munt of vloeistoffen op een helling?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105. Begrenzen · Basis: Een leerling trekt na waterdruppels op een munt of vloeistoffen op een helling een stellige conclusie. Welke beperking moet die leerling noemen?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Algemene scheikunde · werkblad 2/4</w:t>
      </w:r>
    </w:p>
    <w:p>
      <w:pPr>
        <w:spacing w:after="160"/>
      </w:pPr>
      <w:r>
        <w:t>Thema 06 · Beantwoord de vijf vragen. Gebruik volledige zinnen en verwijs naar bewijs of een voorbeeld.</w:t>
      </w:r>
    </w:p>
    <w:p>
      <w:pPr/>
      <w:r>
        <w:t>106. Variabele · Toepassen: Ontwerp een eerlijke vergelijking voor waterdruppels op een munt of vloeistoffen op een helling. Welke factor verander je en welke omstandigheden houd je gelijk?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107. Model · Toepassen: Welk scheikundig model helpt om algemene scheikunde te verklaren? Beschrijf wat de onderdelen voorstellen.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108. Meten · Toepassen: Kies voor waterdruppels op een munt of vloeistoffen op een helling één meetgrootheid, een instrument en een eenheid.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109. Meetfout · Toepassen: Een herhaling van waterdruppels op een munt of vloeistoffen op een helling geeft een andere uitkomst. Noem twee mogelijke oorzaken en één controle.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110. Conclusie · Toepassen: Maak deze zin af op basis van waterdruppels op een munt of vloeistoffen op een helling: “Mijn waarneming laat zien dat …, omdat …”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Algemene scheikunde · werkblad 3/4</w:t>
      </w:r>
    </w:p>
    <w:p>
      <w:pPr>
        <w:spacing w:after="160"/>
      </w:pPr>
      <w:r>
        <w:t>Thema 06 · Beantwoord de vijf vragen. Gebruik volledige zinnen en verwijs naar bewijs of een voorbeeld.</w:t>
      </w:r>
    </w:p>
    <w:p>
      <w:pPr/>
      <w:r>
        <w:t>111. Misvatting · Toepassen: Een leerling zegt over waterdruppels op een munt of vloeistoffen op een helling: “Wat ik zie bewijst meteen de volledige verklaring.” Hoe corrigeer je dat?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112. Volgorde · Toepassen: Zet een onderzoek naar waterdruppels op een munt of vloeistoffen op een helling in vier stappen: vraag, vergelijking, waarneming en conclusie.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113. Controle · Verdieping: Welke controle helpt je bij waterdruppels op een munt of vloeistoffen op een helling vaststellen of de onderzochte factor de verandering veroorzaakt?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114. Herhalen · Verdieping: Waarom herhaal je waterdruppels op een munt of vloeistoffen op een helling, en wat vergelijk je tussen de herhalingen?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115. Gegevens tonen · Verdieping: Welke kolommen zet je in een tabel om resultaten van waterdruppels op een munt of vloeistoffen op een helling eerlijk te vergelijken?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Algemene scheikunde · werkblad 4/4</w:t>
      </w:r>
    </w:p>
    <w:p>
      <w:pPr>
        <w:spacing w:after="160"/>
      </w:pPr>
      <w:r>
        <w:t>Thema 06 · Beantwoord de vijf vragen. Gebruik volledige zinnen en verwijs naar bewijs of een voorbeeld.</w:t>
      </w:r>
    </w:p>
    <w:p>
      <w:pPr/>
      <w:r>
        <w:t>116. Onzekerheid · Verdieping: Noem voor waterdruppels op een munt of vloeistoffen op een helling één beperking en stel een haalbare verbetering voor.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117. Veilig uitvoeren · Verdieping: Welke veilige werkafspraak hoort bij waterdruppels op een munt of vloeistoffen op een helling? Verwijs naar de goedgekeurde proefkaart.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118. Resultaat verklaren · Verdieping: Leg uit waarom waterdruppels op een munt of vloeistoffen op een helling dit resultaat kan geven. Gebruik het kernidee van algemene scheikunde.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119. Vervolgonderzoek · Verdieping: Bedenk een nieuwe onderzoeksvraag die logisch volgt uit waterdruppels op een munt of vloeistoffen op een helling.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120. Beoordelen · Verdieping: Beoordeel deze werkwijze voor waterdruppels op een munt of vloeistoffen op een helling: de leerling verandert twee factoren tegelijk. Wat moet anders?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Stoffen en reacties · werkblad 1/4</w:t>
      </w:r>
    </w:p>
    <w:p>
      <w:pPr>
        <w:spacing w:after="160"/>
      </w:pPr>
      <w:r>
        <w:t>Thema 07 · Beantwoord de vijf vragen. Gebruik volledige zinnen en verwijs naar bewijs of een voorbeeld.</w:t>
      </w:r>
    </w:p>
    <w:p>
      <w:pPr/>
      <w:r>
        <w:t>121. Begrip · Basis: Leg het kernidee van stoffen en reacties uit met dit voorbeeld: appel die verkleurt of staalwol die roest.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122. Waarnemen · Basis: Bij appel die verkleurt of staalwol die roest: beschrijf één waarneming die je direct kunt vaststellen, zonder verklaring.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123. Vergelijken · Basis: Vergelijk appel die verkleurt of staalwol die roest met een geschikte controle. Wat verwacht je dat hetzelfde blijft en wat kan verschillen?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124. Bewijs · Basis: Welke waarneming zou bewijs leveren voor het verschijnsel bij appel die verkleurt of staalwol die roest?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125. Begrenzen · Basis: Een leerling trekt na appel die verkleurt of staalwol die roest een stellige conclusie. Welke beperking moet die leerling noemen?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Stoffen en reacties · werkblad 2/4</w:t>
      </w:r>
    </w:p>
    <w:p>
      <w:pPr>
        <w:spacing w:after="160"/>
      </w:pPr>
      <w:r>
        <w:t>Thema 07 · Beantwoord de vijf vragen. Gebruik volledige zinnen en verwijs naar bewijs of een voorbeeld.</w:t>
      </w:r>
    </w:p>
    <w:p>
      <w:pPr/>
      <w:r>
        <w:t>126. Variabele · Toepassen: Ontwerp een eerlijke vergelijking voor appel die verkleurt of staalwol die roest. Welke factor verander je en welke omstandigheden houd je gelijk?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127. Model · Toepassen: Welk scheikundig model helpt om stoffen en reacties te verklaren? Beschrijf wat de onderdelen voorstellen.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128. Meten · Toepassen: Kies voor appel die verkleurt of staalwol die roest één meetgrootheid, een instrument en een eenheid.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129. Meetfout · Toepassen: Een herhaling van appel die verkleurt of staalwol die roest geeft een andere uitkomst. Noem twee mogelijke oorzaken en één controle.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130. Conclusie · Toepassen: Maak deze zin af op basis van appel die verkleurt of staalwol die roest: “Mijn waarneming laat zien dat …, omdat …”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Stoffen en reacties · werkblad 3/4</w:t>
      </w:r>
    </w:p>
    <w:p>
      <w:pPr>
        <w:spacing w:after="160"/>
      </w:pPr>
      <w:r>
        <w:t>Thema 07 · Beantwoord de vijf vragen. Gebruik volledige zinnen en verwijs naar bewijs of een voorbeeld.</w:t>
      </w:r>
    </w:p>
    <w:p>
      <w:pPr/>
      <w:r>
        <w:t>131. Misvatting · Toepassen: Een leerling zegt over appel die verkleurt of staalwol die roest: “Wat ik zie bewijst meteen de volledige verklaring.” Hoe corrigeer je dat?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132. Volgorde · Toepassen: Zet een onderzoek naar appel die verkleurt of staalwol die roest in vier stappen: vraag, vergelijking, waarneming en conclusie.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133. Controle · Verdieping: Welke controle helpt je bij appel die verkleurt of staalwol die roest vaststellen of de onderzochte factor de verandering veroorzaakt?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134. Herhalen · Verdieping: Waarom herhaal je appel die verkleurt of staalwol die roest, en wat vergelijk je tussen de herhalingen?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135. Gegevens tonen · Verdieping: Welke kolommen zet je in een tabel om resultaten van appel die verkleurt of staalwol die roest eerlijk te vergelijken?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Stoffen en reacties · werkblad 4/4</w:t>
      </w:r>
    </w:p>
    <w:p>
      <w:pPr>
        <w:spacing w:after="160"/>
      </w:pPr>
      <w:r>
        <w:t>Thema 07 · Beantwoord de vijf vragen. Gebruik volledige zinnen en verwijs naar bewijs of een voorbeeld.</w:t>
      </w:r>
    </w:p>
    <w:p>
      <w:pPr/>
      <w:r>
        <w:t>136. Onzekerheid · Verdieping: Noem voor appel die verkleurt of staalwol die roest één beperking en stel een haalbare verbetering voor.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137. Veilig uitvoeren · Verdieping: Welke veilige werkafspraak hoort bij appel die verkleurt of staalwol die roest? Verwijs naar de goedgekeurde proefkaart.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138. Resultaat verklaren · Verdieping: Leg uit waarom appel die verkleurt of staalwol die roest dit resultaat kan geven. Gebruik het kernidee van stoffen en reacties.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139. Vervolgonderzoek · Verdieping: Bedenk een nieuwe onderzoeksvraag die logisch volgt uit appel die verkleurt of staalwol die roest.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140. Beoordelen · Verdieping: Beoordeel deze werkwijze voor appel die verkleurt of staalwol die roest: de leerling verandert twee factoren tegelijk. Wat moet anders?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Chemische reacties · werkblad 1/4</w:t>
      </w:r>
    </w:p>
    <w:p>
      <w:pPr>
        <w:spacing w:after="160"/>
      </w:pPr>
      <w:r>
        <w:t>Thema 08 · Beantwoord de vijf vragen. Gebruik volledige zinnen en verwijs naar bewijs of een voorbeeld.</w:t>
      </w:r>
    </w:p>
    <w:p>
      <w:pPr/>
      <w:r>
        <w:t>141. Begrip · Basis: Leg het kernidee van chemische reacties uit met dit voorbeeld: bruistablet in water bij verschillende temperaturen.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142. Waarnemen · Basis: Bij bruistablet in water bij verschillende temperaturen: beschrijf één waarneming die je direct kunt vaststellen, zonder verklaring.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143. Vergelijken · Basis: Vergelijk bruistablet in water bij verschillende temperaturen met een geschikte controle. Wat verwacht je dat hetzelfde blijft en wat kan verschillen?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144. Bewijs · Basis: Welke waarneming zou bewijs leveren voor het verschijnsel bij bruistablet in water bij verschillende temperaturen?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145. Begrenzen · Basis: Een leerling trekt na bruistablet in water bij verschillende temperaturen een stellige conclusie. Welke beperking moet die leerling noemen?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Chemische reacties · werkblad 2/4</w:t>
      </w:r>
    </w:p>
    <w:p>
      <w:pPr>
        <w:spacing w:after="160"/>
      </w:pPr>
      <w:r>
        <w:t>Thema 08 · Beantwoord de vijf vragen. Gebruik volledige zinnen en verwijs naar bewijs of een voorbeeld.</w:t>
      </w:r>
    </w:p>
    <w:p>
      <w:pPr/>
      <w:r>
        <w:t>146. Variabele · Toepassen: Ontwerp een eerlijke vergelijking voor bruistablet in water bij verschillende temperaturen. Welke factor verander je en welke omstandigheden houd je gelijk?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147. Model · Toepassen: Welk scheikundig model helpt om chemische reacties te verklaren? Beschrijf wat de onderdelen voorstellen.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148. Meten · Toepassen: Kies voor bruistablet in water bij verschillende temperaturen één meetgrootheid, een instrument en een eenheid.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149. Meetfout · Toepassen: Een herhaling van bruistablet in water bij verschillende temperaturen geeft een andere uitkomst. Noem twee mogelijke oorzaken en één controle.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150. Conclusie · Toepassen: Maak deze zin af op basis van bruistablet in water bij verschillende temperaturen: “Mijn waarneming laat zien dat …, omdat …”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Chemische reacties · werkblad 3/4</w:t>
      </w:r>
    </w:p>
    <w:p>
      <w:pPr>
        <w:spacing w:after="160"/>
      </w:pPr>
      <w:r>
        <w:t>Thema 08 · Beantwoord de vijf vragen. Gebruik volledige zinnen en verwijs naar bewijs of een voorbeeld.</w:t>
      </w:r>
    </w:p>
    <w:p>
      <w:pPr/>
      <w:r>
        <w:t>151. Misvatting · Toepassen: Een leerling zegt over bruistablet in water bij verschillende temperaturen: “Wat ik zie bewijst meteen de volledige verklaring.” Hoe corrigeer je dat?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152. Volgorde · Toepassen: Zet een onderzoek naar bruistablet in water bij verschillende temperaturen in vier stappen: vraag, vergelijking, waarneming en conclusie.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153. Controle · Verdieping: Welke controle helpt je bij bruistablet in water bij verschillende temperaturen vaststellen of de onderzochte factor de verandering veroorzaakt?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154. Herhalen · Verdieping: Waarom herhaal je bruistablet in water bij verschillende temperaturen, en wat vergelijk je tussen de herhalingen?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155. Gegevens tonen · Verdieping: Welke kolommen zet je in een tabel om resultaten van bruistablet in water bij verschillende temperaturen eerlijk te vergelijken?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Chemische reacties · werkblad 4/4</w:t>
      </w:r>
    </w:p>
    <w:p>
      <w:pPr>
        <w:spacing w:after="160"/>
      </w:pPr>
      <w:r>
        <w:t>Thema 08 · Beantwoord de vijf vragen. Gebruik volledige zinnen en verwijs naar bewijs of een voorbeeld.</w:t>
      </w:r>
    </w:p>
    <w:p>
      <w:pPr/>
      <w:r>
        <w:t>156. Onzekerheid · Verdieping: Noem voor bruistablet in water bij verschillende temperaturen één beperking en stel een haalbare verbetering voor.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157. Veilig uitvoeren · Verdieping: Welke veilige werkafspraak hoort bij bruistablet in water bij verschillende temperaturen? Verwijs naar de goedgekeurde proefkaart.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158. Resultaat verklaren · Verdieping: Leg uit waarom bruistablet in water bij verschillende temperaturen dit resultaat kan geven. Gebruik het kernidee van chemische reacties.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159. Vervolgonderzoek · Verdieping: Bedenk een nieuwe onderzoeksvraag die logisch volgt uit bruistablet in water bij verschillende temperaturen.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160. Beoordelen · Verdieping: Beoordeel deze werkwijze voor bruistablet in water bij verschillende temperaturen: de leerling verandert twee factoren tegelijk. Wat moet anders?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Thermochemie · werkblad 1/4</w:t>
      </w:r>
    </w:p>
    <w:p>
      <w:pPr>
        <w:spacing w:after="160"/>
      </w:pPr>
      <w:r>
        <w:t>Thema 09 · Beantwoord de vijf vragen. Gebruik volledige zinnen en verwijs naar bewijs of een voorbeeld.</w:t>
      </w:r>
    </w:p>
    <w:p>
      <w:pPr/>
      <w:r>
        <w:t>161. Begrip · Basis: Leg het kernidee van thermochemie uit met dit voorbeeld: temperatuur volgen tijdens oplossen of mengen.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162. Waarnemen · Basis: Bij temperatuur volgen tijdens oplossen of mengen: beschrijf één waarneming die je direct kunt vaststellen, zonder verklaring.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163. Vergelijken · Basis: Vergelijk temperatuur volgen tijdens oplossen of mengen met een geschikte controle. Wat verwacht je dat hetzelfde blijft en wat kan verschillen?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164. Bewijs · Basis: Welke waarneming zou bewijs leveren voor het verschijnsel bij temperatuur volgen tijdens oplossen of mengen?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165. Begrenzen · Basis: Een leerling trekt na temperatuur volgen tijdens oplossen of mengen een stellige conclusie. Welke beperking moet die leerling noemen?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Thermochemie · werkblad 2/4</w:t>
      </w:r>
    </w:p>
    <w:p>
      <w:pPr>
        <w:spacing w:after="160"/>
      </w:pPr>
      <w:r>
        <w:t>Thema 09 · Beantwoord de vijf vragen. Gebruik volledige zinnen en verwijs naar bewijs of een voorbeeld.</w:t>
      </w:r>
    </w:p>
    <w:p>
      <w:pPr/>
      <w:r>
        <w:t>166. Variabele · Toepassen: Ontwerp een eerlijke vergelijking voor temperatuur volgen tijdens oplossen of mengen. Welke factor verander je en welke omstandigheden houd je gelijk?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167. Model · Toepassen: Welk scheikundig model helpt om thermochemie te verklaren? Beschrijf wat de onderdelen voorstellen.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168. Meten · Toepassen: Kies voor temperatuur volgen tijdens oplossen of mengen één meetgrootheid, een instrument en een eenheid.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169. Meetfout · Toepassen: Een herhaling van temperatuur volgen tijdens oplossen of mengen geeft een andere uitkomst. Noem twee mogelijke oorzaken en één controle.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170. Conclusie · Toepassen: Maak deze zin af op basis van temperatuur volgen tijdens oplossen of mengen: “Mijn waarneming laat zien dat …, omdat …”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Thermochemie · werkblad 3/4</w:t>
      </w:r>
    </w:p>
    <w:p>
      <w:pPr>
        <w:spacing w:after="160"/>
      </w:pPr>
      <w:r>
        <w:t>Thema 09 · Beantwoord de vijf vragen. Gebruik volledige zinnen en verwijs naar bewijs of een voorbeeld.</w:t>
      </w:r>
    </w:p>
    <w:p>
      <w:pPr/>
      <w:r>
        <w:t>171. Misvatting · Toepassen: Een leerling zegt over temperatuur volgen tijdens oplossen of mengen: “Wat ik zie bewijst meteen de volledige verklaring.” Hoe corrigeer je dat?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172. Volgorde · Toepassen: Zet een onderzoek naar temperatuur volgen tijdens oplossen of mengen in vier stappen: vraag, vergelijking, waarneming en conclusie.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173. Controle · Verdieping: Welke controle helpt je bij temperatuur volgen tijdens oplossen of mengen vaststellen of de onderzochte factor de verandering veroorzaakt?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174. Herhalen · Verdieping: Waarom herhaal je temperatuur volgen tijdens oplossen of mengen, en wat vergelijk je tussen de herhalingen?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175. Gegevens tonen · Verdieping: Welke kolommen zet je in een tabel om resultaten van temperatuur volgen tijdens oplossen of mengen eerlijk te vergelijken?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Thermochemie · werkblad 4/4</w:t>
      </w:r>
    </w:p>
    <w:p>
      <w:pPr>
        <w:spacing w:after="160"/>
      </w:pPr>
      <w:r>
        <w:t>Thema 09 · Beantwoord de vijf vragen. Gebruik volledige zinnen en verwijs naar bewijs of een voorbeeld.</w:t>
      </w:r>
    </w:p>
    <w:p>
      <w:pPr/>
      <w:r>
        <w:t>176. Onzekerheid · Verdieping: Noem voor temperatuur volgen tijdens oplossen of mengen één beperking en stel een haalbare verbetering voor.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177. Veilig uitvoeren · Verdieping: Welke veilige werkafspraak hoort bij temperatuur volgen tijdens oplossen of mengen? Verwijs naar de goedgekeurde proefkaart.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178. Resultaat verklaren · Verdieping: Leg uit waarom temperatuur volgen tijdens oplossen of mengen dit resultaat kan geven. Gebruik het kernidee van thermochemie.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179. Vervolgonderzoek · Verdieping: Bedenk een nieuwe onderzoeksvraag die logisch volgt uit temperatuur volgen tijdens oplossen of mengen.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180. Beoordelen · Verdieping: Beoordeel deze werkwijze voor temperatuur volgen tijdens oplossen of mengen: de leerling verandert twee factoren tegelijk. Wat moet anders?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Atomaire structuur · werkblad 1/4</w:t>
      </w:r>
    </w:p>
    <w:p>
      <w:pPr>
        <w:spacing w:after="160"/>
      </w:pPr>
      <w:r>
        <w:t>Thema 10 · Beantwoord de vijf vragen. Gebruik volledige zinnen en verwijs naar bewijs of een voorbeeld.</w:t>
      </w:r>
    </w:p>
    <w:p>
      <w:pPr/>
      <w:r>
        <w:t>181. Begrip · Basis: Leg het kernidee van atomaire structuur uit met dit voorbeeld: formules weergeven met herbruikbare modelkralen.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182. Waarnemen · Basis: Bij formules weergeven met herbruikbare modelkralen: beschrijf één waarneming die je direct kunt vaststellen, zonder verklaring.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183. Vergelijken · Basis: Vergelijk formules weergeven met herbruikbare modelkralen met een geschikte controle. Wat verwacht je dat hetzelfde blijft en wat kan verschillen?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184. Bewijs · Basis: Welke waarneming zou bewijs leveren voor het verschijnsel bij formules weergeven met herbruikbare modelkralen?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185. Begrenzen · Basis: Een leerling trekt na formules weergeven met herbruikbare modelkralen een stellige conclusie. Welke beperking moet die leerling noemen?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Atomaire structuur · werkblad 2/4</w:t>
      </w:r>
    </w:p>
    <w:p>
      <w:pPr>
        <w:spacing w:after="160"/>
      </w:pPr>
      <w:r>
        <w:t>Thema 10 · Beantwoord de vijf vragen. Gebruik volledige zinnen en verwijs naar bewijs of een voorbeeld.</w:t>
      </w:r>
    </w:p>
    <w:p>
      <w:pPr/>
      <w:r>
        <w:t>186. Variabele · Toepassen: Ontwerp een eerlijke vergelijking voor formules weergeven met herbruikbare modelkralen. Welke factor verander je en welke omstandigheden houd je gelijk?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187. Model · Toepassen: Welk scheikundig model helpt om atomaire structuur te verklaren? Beschrijf wat de onderdelen voorstellen.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188. Meten · Toepassen: Kies voor formules weergeven met herbruikbare modelkralen één meetgrootheid, een instrument en een eenheid.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189. Meetfout · Toepassen: Een herhaling van formules weergeven met herbruikbare modelkralen geeft een andere uitkomst. Noem twee mogelijke oorzaken en één controle.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190. Conclusie · Toepassen: Maak deze zin af op basis van formules weergeven met herbruikbare modelkralen: “Mijn waarneming laat zien dat …, omdat …”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Atomaire structuur · werkblad 3/4</w:t>
      </w:r>
    </w:p>
    <w:p>
      <w:pPr>
        <w:spacing w:after="160"/>
      </w:pPr>
      <w:r>
        <w:t>Thema 10 · Beantwoord de vijf vragen. Gebruik volledige zinnen en verwijs naar bewijs of een voorbeeld.</w:t>
      </w:r>
    </w:p>
    <w:p>
      <w:pPr/>
      <w:r>
        <w:t>191. Misvatting · Toepassen: Een leerling zegt over formules weergeven met herbruikbare modelkralen: “Wat ik zie bewijst meteen de volledige verklaring.” Hoe corrigeer je dat?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192. Volgorde · Toepassen: Zet een onderzoek naar formules weergeven met herbruikbare modelkralen in vier stappen: vraag, vergelijking, waarneming en conclusie.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193. Controle · Verdieping: Welke controle helpt je bij formules weergeven met herbruikbare modelkralen vaststellen of de onderzochte factor de verandering veroorzaakt?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194. Herhalen · Verdieping: Waarom herhaal je formules weergeven met herbruikbare modelkralen, en wat vergelijk je tussen de herhalingen?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195. Gegevens tonen · Verdieping: Welke kolommen zet je in een tabel om resultaten van formules weergeven met herbruikbare modelkralen eerlijk te vergelijken?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Atomaire structuur · werkblad 4/4</w:t>
      </w:r>
    </w:p>
    <w:p>
      <w:pPr>
        <w:spacing w:after="160"/>
      </w:pPr>
      <w:r>
        <w:t>Thema 10 · Beantwoord de vijf vragen. Gebruik volledige zinnen en verwijs naar bewijs of een voorbeeld.</w:t>
      </w:r>
    </w:p>
    <w:p>
      <w:pPr/>
      <w:r>
        <w:t>196. Onzekerheid · Verdieping: Noem voor formules weergeven met herbruikbare modelkralen één beperking en stel een haalbare verbetering voor.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197. Veilig uitvoeren · Verdieping: Welke veilige werkafspraak hoort bij formules weergeven met herbruikbare modelkralen? Verwijs naar de goedgekeurde proefkaart.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198. Resultaat verklaren · Verdieping: Leg uit waarom formules weergeven met herbruikbare modelkralen dit resultaat kan geven. Gebruik het kernidee van atomaire structuur.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199. Vervolgonderzoek · Verdieping: Bedenk een nieuwe onderzoeksvraag die logisch volgt uit formules weergeven met herbruikbare modelkralen.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200. Beoordelen · Verdieping: Beoordeel deze werkwijze voor formules weergeven met herbruikbare modelkralen: de leerling verandert twee factoren tegelijk. Wat moet anders?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Elektrochemie · werkblad 1/4</w:t>
      </w:r>
    </w:p>
    <w:p>
      <w:pPr>
        <w:spacing w:after="160"/>
      </w:pPr>
      <w:r>
        <w:t>Thema 11 · Beantwoord de vijf vragen. Gebruik volledige zinnen en verwijs naar bewijs of een voorbeeld.</w:t>
      </w:r>
    </w:p>
    <w:p>
      <w:pPr/>
      <w:r>
        <w:t>201. Begrip · Basis: Leg het kernidee van elektrochemie uit met dit voorbeeld: spanning vergelijken bij één en twee citroencellen met laagspanningsmateriaal.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202. Waarnemen · Basis: Bij spanning vergelijken bij één en twee citroencellen met laagspanningsmateriaal: beschrijf één waarneming die je direct kunt vaststellen, zonder verklaring.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203. Vergelijken · Basis: Vergelijk spanning vergelijken bij één en twee citroencellen met laagspanningsmateriaal met een geschikte controle. Wat verwacht je dat hetzelfde blijft en wat kan verschillen?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204. Bewijs · Basis: Welke waarneming zou bewijs leveren voor het verschijnsel bij spanning vergelijken bij één en twee citroencellen met laagspanningsmateriaal?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205. Begrenzen · Basis: Een leerling trekt na spanning vergelijken bij één en twee citroencellen met laagspanningsmateriaal een stellige conclusie. Welke beperking moet die leerling noemen?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Elektrochemie · werkblad 2/4</w:t>
      </w:r>
    </w:p>
    <w:p>
      <w:pPr>
        <w:spacing w:after="160"/>
      </w:pPr>
      <w:r>
        <w:t>Thema 11 · Beantwoord de vijf vragen. Gebruik volledige zinnen en verwijs naar bewijs of een voorbeeld.</w:t>
      </w:r>
    </w:p>
    <w:p>
      <w:pPr/>
      <w:r>
        <w:t>206. Variabele · Toepassen: Ontwerp een eerlijke vergelijking voor spanning vergelijken bij één en twee citroencellen met laagspanningsmateriaal. Welke factor verander je en welke omstandigheden houd je gelijk?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207. Model · Toepassen: Welk scheikundig model helpt om elektrochemie te verklaren? Beschrijf wat de onderdelen voorstellen.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208. Meten · Toepassen: Kies voor spanning vergelijken bij één en twee citroencellen met laagspanningsmateriaal één meetgrootheid, een instrument en een eenheid.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209. Meetfout · Toepassen: Een herhaling van spanning vergelijken bij één en twee citroencellen met laagspanningsmateriaal geeft een andere uitkomst. Noem twee mogelijke oorzaken en één controle.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210. Conclusie · Toepassen: Maak deze zin af op basis van spanning vergelijken bij één en twee citroencellen met laagspanningsmateriaal: “Mijn waarneming laat zien dat …, omdat …”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Elektrochemie · werkblad 3/4</w:t>
      </w:r>
    </w:p>
    <w:p>
      <w:pPr>
        <w:spacing w:after="160"/>
      </w:pPr>
      <w:r>
        <w:t>Thema 11 · Beantwoord de vijf vragen. Gebruik volledige zinnen en verwijs naar bewijs of een voorbeeld.</w:t>
      </w:r>
    </w:p>
    <w:p>
      <w:pPr/>
      <w:r>
        <w:t>211. Misvatting · Toepassen: Een leerling zegt over spanning vergelijken bij één en twee citroencellen met laagspanningsmateriaal: “Wat ik zie bewijst meteen de volledige verklaring.” Hoe corrigeer je dat?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212. Volgorde · Toepassen: Zet een onderzoek naar spanning vergelijken bij één en twee citroencellen met laagspanningsmateriaal in vier stappen: vraag, vergelijking, waarneming en conclusie.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213. Controle · Verdieping: Welke controle helpt je bij spanning vergelijken bij één en twee citroencellen met laagspanningsmateriaal vaststellen of de onderzochte factor de verandering veroorzaakt?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214. Herhalen · Verdieping: Waarom herhaal je spanning vergelijken bij één en twee citroencellen met laagspanningsmateriaal, en wat vergelijk je tussen de herhalingen?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215. Gegevens tonen · Verdieping: Welke kolommen zet je in een tabel om resultaten van spanning vergelijken bij één en twee citroencellen met laagspanningsmateriaal eerlijk te vergelijken?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Elektrochemie · werkblad 4/4</w:t>
      </w:r>
    </w:p>
    <w:p>
      <w:pPr>
        <w:spacing w:after="160"/>
      </w:pPr>
      <w:r>
        <w:t>Thema 11 · Beantwoord de vijf vragen. Gebruik volledige zinnen en verwijs naar bewijs of een voorbeeld.</w:t>
      </w:r>
    </w:p>
    <w:p>
      <w:pPr/>
      <w:r>
        <w:t>216. Onzekerheid · Verdieping: Noem voor spanning vergelijken bij één en twee citroencellen met laagspanningsmateriaal één beperking en stel een haalbare verbetering voor.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217. Veilig uitvoeren · Verdieping: Welke veilige werkafspraak hoort bij spanning vergelijken bij één en twee citroencellen met laagspanningsmateriaal? Verwijs naar de goedgekeurde proefkaart.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218. Resultaat verklaren · Verdieping: Leg uit waarom spanning vergelijken bij één en twee citroencellen met laagspanningsmateriaal dit resultaat kan geven. Gebruik het kernidee van elektrochemie.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219. Vervolgonderzoek · Verdieping: Bedenk een nieuwe onderzoeksvraag die logisch volgt uit spanning vergelijken bij één en twee citroencellen met laagspanningsmateriaal.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220. Beoordelen · Verdieping: Beoordeel deze werkwijze voor spanning vergelijken bij één en twee citroencellen met laagspanningsmateriaal: de leerling verandert twee factoren tegelijk. Wat moet anders?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Organische chemie · werkblad 1/4</w:t>
      </w:r>
    </w:p>
    <w:p>
      <w:pPr>
        <w:spacing w:after="160"/>
      </w:pPr>
      <w:r>
        <w:t>Thema 12 · Beantwoord de vijf vragen. Gebruik volledige zinnen en verwijs naar bewijs of een voorbeeld.</w:t>
      </w:r>
    </w:p>
    <w:p>
      <w:pPr/>
      <w:r>
        <w:t>221. Begrip · Basis: Leg het kernidee van organische chemie uit met dit voorbeeld: zetmeel als grondstof voor bioplastic of olie en water.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222. Waarnemen · Basis: Bij zetmeel als grondstof voor bioplastic of olie en water: beschrijf één waarneming die je direct kunt vaststellen, zonder verklaring.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223. Vergelijken · Basis: Vergelijk zetmeel als grondstof voor bioplastic of olie en water met een geschikte controle. Wat verwacht je dat hetzelfde blijft en wat kan verschillen?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224. Bewijs · Basis: Welke waarneming zou bewijs leveren voor het verschijnsel bij zetmeel als grondstof voor bioplastic of olie en water?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225. Begrenzen · Basis: Een leerling trekt na zetmeel als grondstof voor bioplastic of olie en water een stellige conclusie. Welke beperking moet die leerling noemen?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Organische chemie · werkblad 2/4</w:t>
      </w:r>
    </w:p>
    <w:p>
      <w:pPr>
        <w:spacing w:after="160"/>
      </w:pPr>
      <w:r>
        <w:t>Thema 12 · Beantwoord de vijf vragen. Gebruik volledige zinnen en verwijs naar bewijs of een voorbeeld.</w:t>
      </w:r>
    </w:p>
    <w:p>
      <w:pPr/>
      <w:r>
        <w:t>226. Variabele · Toepassen: Ontwerp een eerlijke vergelijking voor zetmeel als grondstof voor bioplastic of olie en water. Welke factor verander je en welke omstandigheden houd je gelijk?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227. Model · Toepassen: Welk scheikundig model helpt om organische chemie te verklaren? Beschrijf wat de onderdelen voorstellen.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228. Meten · Toepassen: Kies voor zetmeel als grondstof voor bioplastic of olie en water één meetgrootheid, een instrument en een eenheid.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229. Meetfout · Toepassen: Een herhaling van zetmeel als grondstof voor bioplastic of olie en water geeft een andere uitkomst. Noem twee mogelijke oorzaken en één controle.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230. Conclusie · Toepassen: Maak deze zin af op basis van zetmeel als grondstof voor bioplastic of olie en water: “Mijn waarneming laat zien dat …, omdat …”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Organische chemie · werkblad 3/4</w:t>
      </w:r>
    </w:p>
    <w:p>
      <w:pPr>
        <w:spacing w:after="160"/>
      </w:pPr>
      <w:r>
        <w:t>Thema 12 · Beantwoord de vijf vragen. Gebruik volledige zinnen en verwijs naar bewijs of een voorbeeld.</w:t>
      </w:r>
    </w:p>
    <w:p>
      <w:pPr/>
      <w:r>
        <w:t>231. Misvatting · Toepassen: Een leerling zegt over zetmeel als grondstof voor bioplastic of olie en water: “Wat ik zie bewijst meteen de volledige verklaring.” Hoe corrigeer je dat?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232. Volgorde · Toepassen: Zet een onderzoek naar zetmeel als grondstof voor bioplastic of olie en water in vier stappen: vraag, vergelijking, waarneming en conclusie.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233. Controle · Verdieping: Welke controle helpt je bij zetmeel als grondstof voor bioplastic of olie en water vaststellen of de onderzochte factor de verandering veroorzaakt?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234. Herhalen · Verdieping: Waarom herhaal je zetmeel als grondstof voor bioplastic of olie en water, en wat vergelijk je tussen de herhalingen?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235. Gegevens tonen · Verdieping: Welke kolommen zet je in een tabel om resultaten van zetmeel als grondstof voor bioplastic of olie en water eerlijk te vergelijken?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Organische chemie · werkblad 4/4</w:t>
      </w:r>
    </w:p>
    <w:p>
      <w:pPr>
        <w:spacing w:after="160"/>
      </w:pPr>
      <w:r>
        <w:t>Thema 12 · Beantwoord de vijf vragen. Gebruik volledige zinnen en verwijs naar bewijs of een voorbeeld.</w:t>
      </w:r>
    </w:p>
    <w:p>
      <w:pPr/>
      <w:r>
        <w:t>236. Onzekerheid · Verdieping: Noem voor zetmeel als grondstof voor bioplastic of olie en water één beperking en stel een haalbare verbetering voor.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237. Veilig uitvoeren · Verdieping: Welke veilige werkafspraak hoort bij zetmeel als grondstof voor bioplastic of olie en water? Verwijs naar de goedgekeurde proefkaart.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238. Resultaat verklaren · Verdieping: Leg uit waarom zetmeel als grondstof voor bioplastic of olie en water dit resultaat kan geven. Gebruik het kernidee van organische chemie.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239. Vervolgonderzoek · Verdieping: Bedenk een nieuwe onderzoeksvraag die logisch volgt uit zetmeel als grondstof voor bioplastic of olie en water.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240. Beoordelen · Verdieping: Beoordeel deze werkwijze voor zetmeel als grondstof voor bioplastic of olie en water: de leerling verandert twee factoren tegelijk. Wat moet anders?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Milieuscheikunde · werkblad 1/4</w:t>
      </w:r>
    </w:p>
    <w:p>
      <w:pPr>
        <w:spacing w:after="160"/>
      </w:pPr>
      <w:r>
        <w:t>Thema 13 · Beantwoord de vijf vragen. Gebruik volledige zinnen en verwijs naar bewijs of een voorbeeld.</w:t>
      </w:r>
    </w:p>
    <w:p>
      <w:pPr/>
      <w:r>
        <w:t>241. Begrip · Basis: Leg het kernidee van milieuscheikunde uit met dit voorbeeld: waterfilter en helderheid vergelijken.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242. Waarnemen · Basis: Bij waterfilter en helderheid vergelijken: beschrijf één waarneming die je direct kunt vaststellen, zonder verklaring.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243. Vergelijken · Basis: Vergelijk waterfilter en helderheid vergelijken met een geschikte controle. Wat verwacht je dat hetzelfde blijft en wat kan verschillen?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244. Bewijs · Basis: Welke waarneming zou bewijs leveren voor het verschijnsel bij waterfilter en helderheid vergelijken?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245. Begrenzen · Basis: Een leerling trekt na waterfilter en helderheid vergelijken een stellige conclusie. Welke beperking moet die leerling noemen?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Milieuscheikunde · werkblad 2/4</w:t>
      </w:r>
    </w:p>
    <w:p>
      <w:pPr>
        <w:spacing w:after="160"/>
      </w:pPr>
      <w:r>
        <w:t>Thema 13 · Beantwoord de vijf vragen. Gebruik volledige zinnen en verwijs naar bewijs of een voorbeeld.</w:t>
      </w:r>
    </w:p>
    <w:p>
      <w:pPr/>
      <w:r>
        <w:t>246. Variabele · Toepassen: Ontwerp een eerlijke vergelijking voor waterfilter en helderheid vergelijken. Welke factor verander je en welke omstandigheden houd je gelijk?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247. Model · Toepassen: Welk scheikundig model helpt om milieuscheikunde te verklaren? Beschrijf wat de onderdelen voorstellen.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248. Meten · Toepassen: Kies voor waterfilter en helderheid vergelijken één meetgrootheid, een instrument en een eenheid.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249. Meetfout · Toepassen: Een herhaling van waterfilter en helderheid vergelijken geeft een andere uitkomst. Noem twee mogelijke oorzaken en één controle.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250. Conclusie · Toepassen: Maak deze zin af op basis van waterfilter en helderheid vergelijken: “Mijn waarneming laat zien dat …, omdat …”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Milieuscheikunde · werkblad 3/4</w:t>
      </w:r>
    </w:p>
    <w:p>
      <w:pPr>
        <w:spacing w:after="160"/>
      </w:pPr>
      <w:r>
        <w:t>Thema 13 · Beantwoord de vijf vragen. Gebruik volledige zinnen en verwijs naar bewijs of een voorbeeld.</w:t>
      </w:r>
    </w:p>
    <w:p>
      <w:pPr/>
      <w:r>
        <w:t>251. Misvatting · Toepassen: Een leerling zegt over waterfilter en helderheid vergelijken: “Wat ik zie bewijst meteen de volledige verklaring.” Hoe corrigeer je dat?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252. Volgorde · Toepassen: Zet een onderzoek naar waterfilter en helderheid vergelijken in vier stappen: vraag, vergelijking, waarneming en conclusie.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253. Controle · Verdieping: Welke controle helpt je bij waterfilter en helderheid vergelijken vaststellen of de onderzochte factor de verandering veroorzaakt?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254. Herhalen · Verdieping: Waarom herhaal je waterfilter en helderheid vergelijken, en wat vergelijk je tussen de herhalingen?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255. Gegevens tonen · Verdieping: Welke kolommen zet je in een tabel om resultaten van waterfilter en helderheid vergelijken eerlijk te vergelijken?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Milieuscheikunde · werkblad 4/4</w:t>
      </w:r>
    </w:p>
    <w:p>
      <w:pPr>
        <w:spacing w:after="160"/>
      </w:pPr>
      <w:r>
        <w:t>Thema 13 · Beantwoord de vijf vragen. Gebruik volledige zinnen en verwijs naar bewijs of een voorbeeld.</w:t>
      </w:r>
    </w:p>
    <w:p>
      <w:pPr/>
      <w:r>
        <w:t>256. Onzekerheid · Verdieping: Noem voor waterfilter en helderheid vergelijken één beperking en stel een haalbare verbetering voor.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257. Veilig uitvoeren · Verdieping: Welke veilige werkafspraak hoort bij waterfilter en helderheid vergelijken? Verwijs naar de goedgekeurde proefkaart.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258. Resultaat verklaren · Verdieping: Leg uit waarom waterfilter en helderheid vergelijken dit resultaat kan geven. Gebruik het kernidee van milieuscheikunde.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259. Vervolgonderzoek · Verdieping: Bedenk een nieuwe onderzoeksvraag die logisch volgt uit waterfilter en helderheid vergelijken.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260. Beoordelen · Verdieping: Beoordeel deze werkwijze voor waterfilter en helderheid vergelijken: de leerling verandert twee factoren tegelijk. Wat moet anders?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Biochemie · werkblad 1/4</w:t>
      </w:r>
    </w:p>
    <w:p>
      <w:pPr>
        <w:spacing w:after="160"/>
      </w:pPr>
      <w:r>
        <w:t>Thema 14 · Beantwoord de vijf vragen. Gebruik volledige zinnen en verwijs naar bewijs of een voorbeeld.</w:t>
      </w:r>
    </w:p>
    <w:p>
      <w:pPr/>
      <w:r>
        <w:t>261. Begrip · Basis: Leg het kernidee van biochemie uit met dit voorbeeld: gist en suiker bij verschillende watertemperaturen.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262. Waarnemen · Basis: Bij gist en suiker bij verschillende watertemperaturen: beschrijf één waarneming die je direct kunt vaststellen, zonder verklaring.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263. Vergelijken · Basis: Vergelijk gist en suiker bij verschillende watertemperaturen met een geschikte controle. Wat verwacht je dat hetzelfde blijft en wat kan verschillen?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264. Bewijs · Basis: Welke waarneming zou bewijs leveren voor het verschijnsel bij gist en suiker bij verschillende watertemperaturen?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265. Begrenzen · Basis: Een leerling trekt na gist en suiker bij verschillende watertemperaturen een stellige conclusie. Welke beperking moet die leerling noemen?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Biochemie · werkblad 2/4</w:t>
      </w:r>
    </w:p>
    <w:p>
      <w:pPr>
        <w:spacing w:after="160"/>
      </w:pPr>
      <w:r>
        <w:t>Thema 14 · Beantwoord de vijf vragen. Gebruik volledige zinnen en verwijs naar bewijs of een voorbeeld.</w:t>
      </w:r>
    </w:p>
    <w:p>
      <w:pPr/>
      <w:r>
        <w:t>266. Variabele · Toepassen: Ontwerp een eerlijke vergelijking voor gist en suiker bij verschillende watertemperaturen. Welke factor verander je en welke omstandigheden houd je gelijk?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267. Model · Toepassen: Welk scheikundig model helpt om biochemie te verklaren? Beschrijf wat de onderdelen voorstellen.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268. Meten · Toepassen: Kies voor gist en suiker bij verschillende watertemperaturen één meetgrootheid, een instrument en een eenheid.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269. Meetfout · Toepassen: Een herhaling van gist en suiker bij verschillende watertemperaturen geeft een andere uitkomst. Noem twee mogelijke oorzaken en één controle.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270. Conclusie · Toepassen: Maak deze zin af op basis van gist en suiker bij verschillende watertemperaturen: “Mijn waarneming laat zien dat …, omdat …”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Biochemie · werkblad 3/4</w:t>
      </w:r>
    </w:p>
    <w:p>
      <w:pPr>
        <w:spacing w:after="160"/>
      </w:pPr>
      <w:r>
        <w:t>Thema 14 · Beantwoord de vijf vragen. Gebruik volledige zinnen en verwijs naar bewijs of een voorbeeld.</w:t>
      </w:r>
    </w:p>
    <w:p>
      <w:pPr/>
      <w:r>
        <w:t>271. Misvatting · Toepassen: Een leerling zegt over gist en suiker bij verschillende watertemperaturen: “Wat ik zie bewijst meteen de volledige verklaring.” Hoe corrigeer je dat?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272. Volgorde · Toepassen: Zet een onderzoek naar gist en suiker bij verschillende watertemperaturen in vier stappen: vraag, vergelijking, waarneming en conclusie.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273. Controle · Verdieping: Welke controle helpt je bij gist en suiker bij verschillende watertemperaturen vaststellen of de onderzochte factor de verandering veroorzaakt?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274. Herhalen · Verdieping: Waarom herhaal je gist en suiker bij verschillende watertemperaturen, en wat vergelijk je tussen de herhalingen?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275. Gegevens tonen · Verdieping: Welke kolommen zet je in een tabel om resultaten van gist en suiker bij verschillende watertemperaturen eerlijk te vergelijken?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Biochemie · werkblad 4/4</w:t>
      </w:r>
    </w:p>
    <w:p>
      <w:pPr>
        <w:spacing w:after="160"/>
      </w:pPr>
      <w:r>
        <w:t>Thema 14 · Beantwoord de vijf vragen. Gebruik volledige zinnen en verwijs naar bewijs of een voorbeeld.</w:t>
      </w:r>
    </w:p>
    <w:p>
      <w:pPr/>
      <w:r>
        <w:t>276. Onzekerheid · Verdieping: Noem voor gist en suiker bij verschillende watertemperaturen één beperking en stel een haalbare verbetering voor.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277. Veilig uitvoeren · Verdieping: Welke veilige werkafspraak hoort bij gist en suiker bij verschillende watertemperaturen? Verwijs naar de goedgekeurde proefkaart.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278. Resultaat verklaren · Verdieping: Leg uit waarom gist en suiker bij verschillende watertemperaturen dit resultaat kan geven. Gebruik het kernidee van biochemie.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279. Vervolgonderzoek · Verdieping: Bedenk een nieuwe onderzoeksvraag die logisch volgt uit gist en suiker bij verschillende watertemperaturen.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280. Beoordelen · Verdieping: Beoordeel deze werkwijze voor gist en suiker bij verschillende watertemperaturen: de leerling verandert twee factoren tegelijk. Wat moet anders?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sectPr w:rsidR="00FC693F" w:rsidRPr="0006063C" w:rsidSect="00034616">
      <w:head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6"/>
      </w:rPr>
      <w:t>OB2  |  VRAGENBANK SCHEIKUNDE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32B4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