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Proefverslag · start · Invulmodel</w:t>
      </w:r>
    </w:p>
    <w:p>
      <w:pPr>
        <w:spacing w:after="160"/>
      </w:pPr>
      <w:r>
        <w:t>Leg proefnaam, datum, doel en onderzoeksvraag vast.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Proefverslag · start · Geleid</w:t>
      </w:r>
    </w:p>
    <w:p>
      <w:pPr>
        <w:spacing w:after="160"/>
      </w:pPr>
      <w:r>
        <w:t>Leg proefnaam, datum, doel en onderzoeksvraag vast.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Proefverslag · start · Zelfstandig</w:t>
      </w:r>
    </w:p>
    <w:p>
      <w:pPr>
        <w:spacing w:after="160"/>
      </w:pPr>
      <w:r>
        <w:t>Leg proefnaam, datum, doel en onderzoeksvraag vast.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Proefverslag · start · Verdieping</w:t>
      </w:r>
    </w:p>
    <w:p>
      <w:pPr>
        <w:spacing w:after="160"/>
      </w:pPr>
      <w:r>
        <w:t>Leg proefnaam, datum, doel en onderzoeksvraag vast.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Hypothese · Invulmodel</w:t>
      </w:r>
    </w:p>
    <w:p>
      <w:pPr>
        <w:spacing w:after="160"/>
      </w:pPr>
      <w:r>
        <w:t>Noteer een voorspelling met een toetsbare reden.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Hypothese · Geleid</w:t>
      </w:r>
    </w:p>
    <w:p>
      <w:pPr>
        <w:spacing w:after="160"/>
      </w:pPr>
      <w:r>
        <w:t>Noteer een voorspelling met een toetsbare reden.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Hypothese · Zelfstandig</w:t>
      </w:r>
    </w:p>
    <w:p>
      <w:pPr>
        <w:spacing w:after="160"/>
      </w:pPr>
      <w:r>
        <w:t>Noteer een voorspelling met een toetsbare reden.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Hypothese · Verdieping</w:t>
      </w:r>
    </w:p>
    <w:p>
      <w:pPr>
        <w:spacing w:after="160"/>
      </w:pPr>
      <w:r>
        <w:t>Noteer een voorspelling met een toetsbare reden.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Methode · Invulmodel</w:t>
      </w:r>
    </w:p>
    <w:p>
      <w:pPr>
        <w:spacing w:after="160"/>
      </w:pPr>
      <w:r>
        <w:t>Beschrijf alleen wat werkelijk is uitgevoerd, in volgorde.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Methode · Geleid</w:t>
      </w:r>
    </w:p>
    <w:p>
      <w:pPr>
        <w:spacing w:after="160"/>
      </w:pPr>
      <w:r>
        <w:t>Beschrijf alleen wat werkelijk is uitgevoerd, in volgorde.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Methode · Zelfstandig</w:t>
      </w:r>
    </w:p>
    <w:p>
      <w:pPr>
        <w:spacing w:after="160"/>
      </w:pPr>
      <w:r>
        <w:t>Beschrijf alleen wat werkelijk is uitgevoerd, in volgorde.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Methode · Verdieping</w:t>
      </w:r>
    </w:p>
    <w:p>
      <w:pPr>
        <w:spacing w:after="160"/>
      </w:pPr>
      <w:r>
        <w:t>Beschrijf alleen wat werkelijk is uitgevoerd, in volgorde.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Variabelen · Invulmodel</w:t>
      </w:r>
    </w:p>
    <w:p>
      <w:pPr>
        <w:spacing w:after="160"/>
      </w:pPr>
      <w:r>
        <w:t>Maak duidelijk wat veranderde, wat gelijk bleef en wat werd gemeten.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Variabelen · Geleid</w:t>
      </w:r>
    </w:p>
    <w:p>
      <w:pPr>
        <w:spacing w:after="160"/>
      </w:pPr>
      <w:r>
        <w:t>Maak duidelijk wat veranderde, wat gelijk bleef en wat werd gemeten.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Variabelen · Zelfstandig</w:t>
      </w:r>
    </w:p>
    <w:p>
      <w:pPr>
        <w:spacing w:after="160"/>
      </w:pPr>
      <w:r>
        <w:t>Maak duidelijk wat veranderde, wat gelijk bleef en wat werd gemeten.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Variabelen · Verdieping</w:t>
      </w:r>
    </w:p>
    <w:p>
      <w:pPr>
        <w:spacing w:after="160"/>
      </w:pPr>
      <w:r>
        <w:t>Maak duidelijk wat veranderde, wat gelijk bleef en wat werd gemeten.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Resultaten · Invulmodel</w:t>
      </w:r>
    </w:p>
    <w:p>
      <w:pPr>
        <w:spacing w:after="160"/>
      </w:pPr>
      <w:r>
        <w:t>Scheid meetgegevens, eenheden en kwalitatieve waarnemingen.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Resultaten · Geleid</w:t>
      </w:r>
    </w:p>
    <w:p>
      <w:pPr>
        <w:spacing w:after="160"/>
      </w:pPr>
      <w:r>
        <w:t>Scheid meetgegevens, eenheden en kwalitatieve waarnemingen.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Resultaten · Zelfstandig</w:t>
      </w:r>
    </w:p>
    <w:p>
      <w:pPr>
        <w:spacing w:after="160"/>
      </w:pPr>
      <w:r>
        <w:t>Scheid meetgegevens, eenheden en kwalitatieve waarnemingen.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Resultaten · Verdieping</w:t>
      </w:r>
    </w:p>
    <w:p>
      <w:pPr>
        <w:spacing w:after="160"/>
      </w:pPr>
      <w:r>
        <w:t>Scheid meetgegevens, eenheden en kwalitatieve waarnemingen.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Grafiek en tabel · Invulmodel</w:t>
      </w:r>
    </w:p>
    <w:p>
      <w:pPr>
        <w:spacing w:after="160"/>
      </w:pPr>
      <w:r>
        <w:t>Kies assen, titel, eenheden en passende schaal.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Grafiek en tabel · Geleid</w:t>
      </w:r>
    </w:p>
    <w:p>
      <w:pPr>
        <w:spacing w:after="160"/>
      </w:pPr>
      <w:r>
        <w:t>Kies assen, titel, eenheden en passende schaal.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Grafiek en tabel · Zelfstandig</w:t>
      </w:r>
    </w:p>
    <w:p>
      <w:pPr>
        <w:spacing w:after="160"/>
      </w:pPr>
      <w:r>
        <w:t>Kies assen, titel, eenheden en passende schaal.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Grafiek en tabel · Verdieping</w:t>
      </w:r>
    </w:p>
    <w:p>
      <w:pPr>
        <w:spacing w:after="160"/>
      </w:pPr>
      <w:r>
        <w:t>Kies assen, titel, eenheden en passende schaal.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Verklaring · Invulmodel</w:t>
      </w:r>
    </w:p>
    <w:p>
      <w:pPr>
        <w:spacing w:after="160"/>
      </w:pPr>
      <w:r>
        <w:t>Koppel een resultaat aan een scheikundig begrip.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Verklaring · Geleid</w:t>
      </w:r>
    </w:p>
    <w:p>
      <w:pPr>
        <w:spacing w:after="160"/>
      </w:pPr>
      <w:r>
        <w:t>Koppel een resultaat aan een scheikundig begrip.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Verklaring · Zelfstandig</w:t>
      </w:r>
    </w:p>
    <w:p>
      <w:pPr>
        <w:spacing w:after="160"/>
      </w:pPr>
      <w:r>
        <w:t>Koppel een resultaat aan een scheikundig begrip.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Verklaring · Verdieping</w:t>
      </w:r>
    </w:p>
    <w:p>
      <w:pPr>
        <w:spacing w:after="160"/>
      </w:pPr>
      <w:r>
        <w:t>Koppel een resultaat aan een scheikundig begrip.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Conclusie · Invulmodel</w:t>
      </w:r>
    </w:p>
    <w:p>
      <w:pPr>
        <w:spacing w:after="160"/>
      </w:pPr>
      <w:r>
        <w:t>Beantwoord de vraag met bewijs en benoem wat niet is aangetoond.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Conclusie · Geleid</w:t>
      </w:r>
    </w:p>
    <w:p>
      <w:pPr>
        <w:spacing w:after="160"/>
      </w:pPr>
      <w:r>
        <w:t>Beantwoord de vraag met bewijs en benoem wat niet is aangetoond.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Conclusie · Zelfstandig</w:t>
      </w:r>
    </w:p>
    <w:p>
      <w:pPr>
        <w:spacing w:after="160"/>
      </w:pPr>
      <w:r>
        <w:t>Beantwoord de vraag met bewijs en benoem wat niet is aangetoond.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Conclusie · Verdieping</w:t>
      </w:r>
    </w:p>
    <w:p>
      <w:pPr>
        <w:spacing w:after="160"/>
      </w:pPr>
      <w:r>
        <w:t>Beantwoord de vraag met bewijs en benoem wat niet is aangetoond.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Betrouwbaarheid · Invulmodel</w:t>
      </w:r>
    </w:p>
    <w:p>
      <w:pPr>
        <w:spacing w:after="160"/>
      </w:pPr>
      <w:r>
        <w:t>Beoordeel herhaling, meetinstrument, afwijkingen en beperkingen.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Betrouwbaarheid · Geleid</w:t>
      </w:r>
    </w:p>
    <w:p>
      <w:pPr>
        <w:spacing w:after="160"/>
      </w:pPr>
      <w:r>
        <w:t>Beoordeel herhaling, meetinstrument, afwijkingen en beperkingen.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Betrouwbaarheid · Zelfstandig</w:t>
      </w:r>
    </w:p>
    <w:p>
      <w:pPr>
        <w:spacing w:after="160"/>
      </w:pPr>
      <w:r>
        <w:t>Beoordeel herhaling, meetinstrument, afwijkingen en beperkingen.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Betrouwbaarheid · Verdieping</w:t>
      </w:r>
    </w:p>
    <w:p>
      <w:pPr>
        <w:spacing w:after="160"/>
      </w:pPr>
      <w:r>
        <w:t>Beoordeel herhaling, meetinstrument, afwijkingen en beperkingen.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Kort verslag · Invulmodel</w:t>
      </w:r>
    </w:p>
    <w:p>
      <w:pPr>
        <w:spacing w:after="160"/>
      </w:pPr>
      <w:r>
        <w:t>Vat doel, aanpak, resultaat en conclusie bondig samen. Gebruik alleen informatie die in de proef is verzameld.</w:t>
      </w:r>
    </w:p>
    <w:p>
      <w:r>
        <w:t>Proefnaam en datum</w:t>
        <w:br/>
        <w:t>___________________________________________________________________</w:t>
      </w:r>
    </w:p>
    <w:p>
      <w:r>
        <w:t>Ik onderzocht</w:t>
        <w:br/>
        <w:t>___________________________________________________________________</w:t>
      </w:r>
    </w:p>
    <w:p>
      <w:r>
        <w:t>Ik verwachtte</w:t>
        <w:br/>
        <w:t>___________________________________________________________________</w:t>
      </w:r>
    </w:p>
    <w:p>
      <w:r>
        <w:t>Ik zag</w:t>
        <w:br/>
        <w:t>___________________________________________________________________</w:t>
      </w:r>
    </w:p>
    <w:p>
      <w:r>
        <w:t>Mijn conclusie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Kort verslag · Geleid</w:t>
      </w:r>
    </w:p>
    <w:p>
      <w:pPr>
        <w:spacing w:after="160"/>
      </w:pPr>
      <w:r>
        <w:t>Vat doel, aanpak, resultaat en conclusie bondig samen. Gebruik alleen informatie die in de proef is verzameld.</w:t>
      </w:r>
    </w:p>
    <w:p>
      <w:r>
        <w:t>Onderzoeksvraag</w:t>
        <w:br/>
        <w:t>___________________________________________________________________</w:t>
      </w:r>
    </w:p>
    <w:p>
      <w:r>
        <w:t>Voorspelling en reden</w:t>
        <w:br/>
        <w:t>___________________________________________________________________</w:t>
      </w:r>
    </w:p>
    <w:p>
      <w:r>
        <w:t>Stappenplan</w:t>
        <w:br/>
        <w:t>___________________________________________________________________</w:t>
      </w:r>
    </w:p>
    <w:p>
      <w:r>
        <w:t>Waarneming en meetwaarde</w:t>
        <w:br/>
        <w:t>___________________________________________________________________</w:t>
      </w:r>
    </w:p>
    <w:p>
      <w:r>
        <w:t>Conclusie met bewijs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Kort verslag · Zelfstandig</w:t>
      </w:r>
    </w:p>
    <w:p>
      <w:pPr>
        <w:spacing w:after="160"/>
      </w:pPr>
      <w:r>
        <w:t>Vat doel, aanpak, resultaat en conclusie bondig samen. Gebruik alleen informatie die in de proef is verzameld.</w:t>
      </w:r>
    </w:p>
    <w:p>
      <w:r>
        <w:t>Doel en hypothese</w:t>
        <w:br/>
        <w:t>___________________________________________________________________</w:t>
      </w:r>
    </w:p>
    <w:p>
      <w:r>
        <w:t>Variabelen / methode</w:t>
        <w:br/>
        <w:t>___________________________________________________________________</w:t>
      </w:r>
    </w:p>
    <w:p>
      <w:r>
        <w:t>Resultaten met eenheid</w:t>
        <w:br/>
        <w:t>___________________________________________________________________</w:t>
      </w:r>
    </w:p>
    <w:p>
      <w:r>
        <w:t>Verklaring</w:t>
        <w:br/>
        <w:t>___________________________________________________________________</w:t>
      </w:r>
    </w:p>
    <w:p>
      <w:r>
        <w:t>Beperking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p>
      <w:r>
        <w:br w:type="page"/>
      </w:r>
    </w:p>
    <w:p>
      <w:pPr>
        <w:pStyle w:val="Heading1"/>
      </w:pPr>
      <w:r>
        <w:t>Kort verslag · Verdieping</w:t>
      </w:r>
    </w:p>
    <w:p>
      <w:pPr>
        <w:spacing w:after="160"/>
      </w:pPr>
      <w:r>
        <w:t>Vat doel, aanpak, resultaat en conclusie bondig samen. Gebruik alleen informatie die in de proef is verzameld.</w:t>
      </w:r>
    </w:p>
    <w:p>
      <w:r>
        <w:t>Onderbouwing hypothese</w:t>
        <w:br/>
        <w:t>___________________________________________________________________</w:t>
      </w:r>
    </w:p>
    <w:p>
      <w:r>
        <w:t>Reproduceerbare methode</w:t>
        <w:br/>
        <w:t>___________________________________________________________________</w:t>
      </w:r>
    </w:p>
    <w:p>
      <w:r>
        <w:t>Vergelijking herhalingen</w:t>
        <w:br/>
        <w:t>___________________________________________________________________</w:t>
      </w:r>
    </w:p>
    <w:p>
      <w:r>
        <w:t>Alternatieve verklaring</w:t>
        <w:br/>
        <w:t>___________________________________________________________________</w:t>
      </w:r>
    </w:p>
    <w:p>
      <w:r>
        <w:t>Verbeterd vervolgonderzoek</w:t>
        <w:br/>
        <w:t>___________________________________________________________________</w:t>
      </w:r>
    </w:p>
    <w:p>
      <w:r>
        <w:t>Gebruik volledige zinnen bij verklaringen en noteer eenheden bij getallen.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BON-04  |  PRACTICUMVERSLAGEN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B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